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Declaración de autoría, conflicto de intereses, financiamiento y uso de IA — Binah Revista Científica Multidisciplinaria</w:t>
      </w:r>
    </w:p>
    <w:p>
      <w:r>
        <w:rPr>
          <w:b w:val="0"/>
        </w:rPr>
        <w:t>Se completa, firma y adjunta en formato PDF. Cuando haya varios autores, basta la firma del autor de correspondencia, quien declara actuar con mandato expreso de los demás.</w:t>
      </w:r>
    </w:p>
    <w:p>
      <w:pPr>
        <w:pStyle w:val="Heading2"/>
      </w:pPr>
      <w:r>
        <w:t>1. Contribución de cada autor (taxonomía CRediT)</w:t>
      </w:r>
    </w:p>
    <w:p>
      <w:r>
        <w:rPr>
          <w:b w:val="0"/>
        </w:rPr>
        <w:t>Indique, para cada autor, las funciones desempeñadas entre las siguientes: conceptualización; curación de datos; análisis formal; adquisición de fondos; investigación; metodología; administración del proyecto; recursos; software; supervisión; validación; visualización; redacción del borrador original; redacción, revisión y edición.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024"/>
          </w:tcPr>
          <w:p>
            <w:r>
              <w:rPr>
                <w:b/>
              </w:rPr>
            </w:r>
            <w:r>
              <w:rPr>
                <w:b/>
              </w:rPr>
              <w:t>Autor</w:t>
            </w:r>
          </w:p>
        </w:tc>
        <w:tc>
          <w:tcPr>
            <w:tcW w:type="dxa" w:w="3024"/>
          </w:tcPr>
          <w:p>
            <w:r>
              <w:rPr>
                <w:b/>
              </w:rPr>
            </w:r>
            <w:r>
              <w:rPr>
                <w:b/>
              </w:rPr>
              <w:t>ORCID</w:t>
            </w:r>
          </w:p>
        </w:tc>
        <w:tc>
          <w:tcPr>
            <w:tcW w:type="dxa" w:w="3024"/>
          </w:tcPr>
          <w:p>
            <w:r>
              <w:rPr>
                <w:b/>
              </w:rPr>
            </w:r>
            <w:r>
              <w:rPr>
                <w:b/>
              </w:rPr>
              <w:t>Funciones CRediT</w:t>
            </w:r>
          </w:p>
        </w:tc>
      </w:tr>
      <w:tr>
        <w:tc>
          <w:tcPr>
            <w:tcW w:type="dxa" w:w="3024"/>
          </w:tcPr>
          <w:p>
            <w:r/>
          </w:p>
        </w:tc>
        <w:tc>
          <w:tcPr>
            <w:tcW w:type="dxa" w:w="3024"/>
          </w:tcPr>
          <w:p>
            <w:r/>
          </w:p>
        </w:tc>
        <w:tc>
          <w:tcPr>
            <w:tcW w:type="dxa" w:w="3024"/>
          </w:tcPr>
          <w:p>
            <w:r/>
          </w:p>
        </w:tc>
      </w:tr>
      <w:tr>
        <w:tc>
          <w:tcPr>
            <w:tcW w:type="dxa" w:w="3024"/>
          </w:tcPr>
          <w:p>
            <w:r/>
          </w:p>
        </w:tc>
        <w:tc>
          <w:tcPr>
            <w:tcW w:type="dxa" w:w="3024"/>
          </w:tcPr>
          <w:p>
            <w:r/>
          </w:p>
        </w:tc>
        <w:tc>
          <w:tcPr>
            <w:tcW w:type="dxa" w:w="3024"/>
          </w:tcPr>
          <w:p>
            <w:r/>
          </w:p>
        </w:tc>
      </w:tr>
      <w:tr>
        <w:tc>
          <w:tcPr>
            <w:tcW w:type="dxa" w:w="3024"/>
          </w:tcPr>
          <w:p>
            <w:r/>
          </w:p>
        </w:tc>
        <w:tc>
          <w:tcPr>
            <w:tcW w:type="dxa" w:w="3024"/>
          </w:tcPr>
          <w:p>
            <w:r/>
          </w:p>
        </w:tc>
        <w:tc>
          <w:tcPr>
            <w:tcW w:type="dxa" w:w="3024"/>
          </w:tcPr>
          <w:p>
            <w:r/>
          </w:p>
        </w:tc>
      </w:tr>
    </w:tbl>
    <w:p/>
    <w:p>
      <w:pPr>
        <w:pStyle w:val="Heading2"/>
      </w:pPr>
      <w:r>
        <w:t>2. Declaraciones</w:t>
      </w:r>
    </w:p>
    <w:p>
      <w:r>
        <w:rPr>
          <w:b w:val="0"/>
        </w:rPr>
        <w:t>☐ El manuscrito es original e inédito y no ha sido enviado simultáneamente a otra publicación.</w:t>
      </w:r>
    </w:p>
    <w:p>
      <w:r>
        <w:rPr>
          <w:b w:val="0"/>
        </w:rPr>
        <w:t>☐ Todas las personas que figuran como autores cumplen los criterios de autoría de COPE y han aprobado la versión final.</w:t>
      </w:r>
    </w:p>
    <w:p>
      <w:r>
        <w:rPr>
          <w:b w:val="0"/>
        </w:rPr>
        <w:t>☐ No existen conflictos de interés. [En caso contrario, detállelos a continuación.]</w:t>
      </w:r>
    </w:p>
    <w:p>
      <w:r>
        <w:rPr>
          <w:b w:val="0"/>
        </w:rPr>
        <w:t>☐ Se declara el financiamiento recibido: [entidad, código del proyecto y rol del financiador]. Si no hubo, indíquese expresamente.</w:t>
      </w:r>
    </w:p>
    <w:p>
      <w:r>
        <w:rPr>
          <w:b w:val="0"/>
        </w:rPr>
        <w:t>☐ Se cumplieron los requisitos éticos aplicables y, cuando correspondió, se obtuvo aval del comité de ética [número de acta] y consentimiento informado.</w:t>
      </w:r>
    </w:p>
    <w:p>
      <w:r>
        <w:rPr>
          <w:b w:val="0"/>
        </w:rPr>
        <w:t>☐ Se declara el uso de herramientas de inteligencia artificial generativa: [herramienta, versión y finalidad]. Si no se usaron, indíquese expresamente.</w:t>
      </w:r>
    </w:p>
    <w:p>
      <w:r>
        <w:rPr>
          <w:b w:val="0"/>
        </w:rPr>
        <w:t>☐ Los autores conocen y aceptan la publicación bajo licencia Creative Commons Atribución-NoComercial-CompartirIgual 4.0 Internacional (CC BY-NC-SA 4.0) y otorgan a la revista el derecho de primera publicación.</w:t>
      </w:r>
    </w:p>
    <w:p>
      <w:r>
        <w:rPr>
          <w:b w:val="0"/>
        </w:rPr>
        <w:t>☐ Los autores se comprometen a conservar y facilitar los materiales de respaldo durante al menos cinco años.</w:t>
      </w:r>
    </w:p>
    <w:p>
      <w:r>
        <w:rPr>
          <w:b w:val="0"/>
        </w:rPr>
        <w:t>Firma del autor de correspondencia: ______________________________    Fecha: ____________________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Times New Roman" w:hAnsi="Times New Roman" w:eastAsia="Times New Roman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