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La carta se dirige al editor en jefe, no excede una página y se firma por el autor de correspondencia en nombre de todos los autores.</w:t>
      </w:r>
    </w:p>
    <w:p>
      <w:r>
        <w:rPr>
          <w:b w:val="0"/>
        </w:rPr>
        <w:t>[Ciudad], [fecha]</w:t>
      </w:r>
    </w:p>
    <w:p>
      <w:r>
        <w:rPr>
          <w:b w:val="0"/>
        </w:rPr>
        <w:t>Señor(a)</w:t>
      </w:r>
    </w:p>
    <w:p>
      <w:r>
        <w:rPr>
          <w:b w:val="0"/>
        </w:rPr>
        <w:t>Editor(a) en Jefe</w:t>
      </w:r>
    </w:p>
    <w:p>
      <w:r>
        <w:rPr>
          <w:b w:val="0"/>
        </w:rPr>
        <w:t>Binah Revista Científica Multidisciplinaria</w:t>
      </w:r>
    </w:p>
    <w:p>
      <w:r>
        <w:rPr>
          <w:b w:val="0"/>
        </w:rPr>
        <w:t>Me permito someter a consideración de la revista el manuscrito titulado «[título]», para su eventual publicación en la sección [sección].</w:t>
      </w:r>
    </w:p>
    <w:p>
      <w:r>
        <w:rPr>
          <w:b w:val="0"/>
        </w:rPr>
        <w:t>El trabajo aborda [problema investigado en dos o tres líneas] y su aporte original consiste en [contribución al campo]. El manuscrito corresponde a las disciplinas de [disciplinas].</w:t>
      </w:r>
    </w:p>
    <w:p>
      <w:r>
        <w:rPr>
          <w:b w:val="0"/>
        </w:rPr>
        <w:t>Declaro que el manuscrito es inédito, que no se encuentra sometido simultáneamente a otra publicación y que todos los autores han aprobado la versión enviada. [Cuando corresponda: el trabajo deriva de la tesis / del proyecto de investigación [código], y una versión preliminar se encuentra disponible como preprint en [enlace].]</w:t>
      </w:r>
    </w:p>
    <w:p>
      <w:r>
        <w:rPr>
          <w:b w:val="0"/>
        </w:rPr>
        <w:t>Sugiero como posibles evaluadores a [nombre, filiación y correo] y solicito, de forma fundada, excluir a [nombre y motivo], si el Comité lo estima pertinente.</w:t>
      </w:r>
    </w:p>
    <w:p>
      <w:r>
        <w:rPr>
          <w:b w:val="0"/>
        </w:rPr>
        <w:t>Atentamente,</w:t>
      </w:r>
    </w:p>
    <w:p>
      <w:r>
        <w:rPr>
          <w:b w:val="0"/>
        </w:rPr>
        <w:t>[Nombre completo] · [Filiación] · [ORCID] · [Correo] · [Teléfono]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